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D875FC" w14:textId="60AEF66D" w:rsidR="00E957DC" w:rsidRDefault="1DB75B81" w:rsidP="1DB75B81">
      <w:pPr>
        <w:spacing w:after="120"/>
        <w:jc w:val="center"/>
      </w:pPr>
      <w:r w:rsidRPr="1DB75B81">
        <w:rPr>
          <w:b/>
          <w:bCs/>
          <w:color w:val="0033A0"/>
          <w:sz w:val="26"/>
          <w:szCs w:val="26"/>
        </w:rPr>
        <w:t>HDR Student Summary for Research Internship - Close &amp; Report</w:t>
      </w:r>
      <w:r w:rsidR="1ADB8EF2" w:rsidRPr="1DB75B81">
        <w:rPr>
          <w:b/>
          <w:bCs/>
          <w:color w:val="0033A0"/>
          <w:sz w:val="26"/>
          <w:szCs w:val="26"/>
        </w:rPr>
        <w:t xml:space="preserve">     </w:t>
      </w:r>
      <w:r w:rsidRPr="1DB75B81">
        <w:rPr>
          <w:b/>
          <w:bCs/>
          <w:color w:val="0033A0"/>
          <w:sz w:val="26"/>
          <w:szCs w:val="26"/>
        </w:rPr>
        <w:t xml:space="preserve"> </w:t>
      </w:r>
      <w:r w:rsidR="5B276A9B">
        <w:rPr>
          <w:noProof/>
        </w:rPr>
        <w:drawing>
          <wp:inline distT="0" distB="0" distL="0" distR="0" wp14:anchorId="185E2304" wp14:editId="00482152">
            <wp:extent cx="1152830" cy="379198"/>
            <wp:effectExtent l="0" t="0" r="0" b="0"/>
            <wp:docPr id="1729706040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9706040" name="Picture 1729706040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2830" cy="379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E957DC" w14:paraId="3E54CD86" w14:textId="77777777" w:rsidTr="1DB75B81">
        <w:trPr>
          <w:jc w:val="center"/>
        </w:trPr>
        <w:tc>
          <w:tcPr>
            <w:tcW w:w="10368" w:type="dxa"/>
            <w:shd w:val="clear" w:color="auto" w:fill="FFF4CC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145C29E3" w14:textId="746FFA3F" w:rsidR="00E957DC" w:rsidRDefault="1DB75B81" w:rsidP="00554607">
            <w:pPr>
              <w:spacing w:after="0" w:line="240" w:lineRule="auto"/>
            </w:pPr>
            <w:r w:rsidRPr="1DB75B81">
              <w:rPr>
                <w:b/>
                <w:bCs/>
                <w:color w:val="7F6000"/>
                <w:sz w:val="21"/>
                <w:szCs w:val="21"/>
              </w:rPr>
              <w:t>Before you start</w:t>
            </w:r>
            <w:r w:rsidR="001B7716">
              <w:br/>
            </w:r>
            <w:r w:rsidRPr="1DB75B81">
              <w:rPr>
                <w:color w:val="404040" w:themeColor="text1" w:themeTint="BF"/>
              </w:rPr>
              <w:t xml:space="preserve">Write in plain English and keep your answers focused. For the longer questions, aim for 1 to 3 short paragraphs. Highlight what you did, what you produced, what you </w:t>
            </w:r>
            <w:bookmarkStart w:id="0" w:name="_Int_MvW0oh6b"/>
            <w:r w:rsidRPr="1DB75B81">
              <w:rPr>
                <w:color w:val="404040" w:themeColor="text1" w:themeTint="BF"/>
              </w:rPr>
              <w:t>learnt</w:t>
            </w:r>
            <w:bookmarkEnd w:id="0"/>
            <w:r w:rsidRPr="1DB75B81">
              <w:rPr>
                <w:color w:val="404040" w:themeColor="text1" w:themeTint="BF"/>
              </w:rPr>
              <w:t xml:space="preserve"> and the difference your contributions made. Do not include confidential or commercially sensitive information.</w:t>
            </w:r>
          </w:p>
          <w:p w14:paraId="7C93ADE3" w14:textId="157F1E8B" w:rsidR="00E957DC" w:rsidRDefault="1DB75B81" w:rsidP="00554607">
            <w:pPr>
              <w:spacing w:after="0" w:line="240" w:lineRule="auto"/>
            </w:pPr>
            <w:r w:rsidRPr="1DB75B81">
              <w:rPr>
                <w:b/>
                <w:bCs/>
                <w:color w:val="7F6000"/>
              </w:rPr>
              <w:t xml:space="preserve">Tip: </w:t>
            </w:r>
            <w:r>
              <w:t>Your responses may help UWA showcase your profile and the value of HDR research internships, so use examples and explain technical terms where you can.</w:t>
            </w:r>
          </w:p>
        </w:tc>
      </w:tr>
    </w:tbl>
    <w:p w14:paraId="672A6659" w14:textId="77777777" w:rsidR="00E957DC" w:rsidRDefault="00E957DC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900"/>
        <w:gridCol w:w="6468"/>
      </w:tblGrid>
      <w:tr w:rsidR="00E957DC" w14:paraId="6022D974" w14:textId="77777777" w:rsidTr="292FAAB0">
        <w:trPr>
          <w:jc w:val="center"/>
        </w:trPr>
        <w:tc>
          <w:tcPr>
            <w:tcW w:w="10368" w:type="dxa"/>
            <w:gridSpan w:val="2"/>
            <w:shd w:val="clear" w:color="auto" w:fill="0033A0"/>
            <w:tcMar>
              <w:top w:w="95" w:type="dxa"/>
              <w:left w:w="150" w:type="dxa"/>
              <w:bottom w:w="95" w:type="dxa"/>
              <w:right w:w="150" w:type="dxa"/>
            </w:tcMar>
          </w:tcPr>
          <w:p w14:paraId="1275969D" w14:textId="77777777" w:rsidR="00E957DC" w:rsidRDefault="1DB75B81" w:rsidP="1DB75B81">
            <w:pPr>
              <w:spacing w:after="0"/>
            </w:pPr>
            <w:r w:rsidRPr="1DB75B81">
              <w:rPr>
                <w:b/>
                <w:bCs/>
                <w:color w:val="FFFFFF" w:themeColor="background1"/>
                <w:sz w:val="21"/>
                <w:szCs w:val="21"/>
              </w:rPr>
              <w:t>About you</w:t>
            </w:r>
          </w:p>
        </w:tc>
      </w:tr>
      <w:tr w:rsidR="00E957DC" w14:paraId="1F55D674" w14:textId="77777777" w:rsidTr="292FAAB0">
        <w:trPr>
          <w:jc w:val="center"/>
        </w:trPr>
        <w:tc>
          <w:tcPr>
            <w:tcW w:w="10368" w:type="dxa"/>
            <w:gridSpan w:val="2"/>
            <w:shd w:val="clear" w:color="auto" w:fill="EAF2F8"/>
            <w:tcMar>
              <w:top w:w="100" w:type="dxa"/>
              <w:left w:w="170" w:type="dxa"/>
              <w:bottom w:w="110" w:type="dxa"/>
              <w:right w:w="170" w:type="dxa"/>
            </w:tcMar>
          </w:tcPr>
          <w:p w14:paraId="4A0AAA8B" w14:textId="77777777" w:rsidR="00E957DC" w:rsidRDefault="1DB75B81" w:rsidP="00554607">
            <w:pPr>
              <w:spacing w:after="0" w:line="240" w:lineRule="auto"/>
            </w:pPr>
            <w:r w:rsidRPr="1DB75B81">
              <w:rPr>
                <w:b/>
                <w:bCs/>
                <w:color w:val="0033A0"/>
              </w:rPr>
              <w:t xml:space="preserve">How to complete this section: </w:t>
            </w:r>
            <w:r w:rsidRPr="1DB75B81">
              <w:rPr>
                <w:color w:val="404040" w:themeColor="text1" w:themeTint="BF"/>
              </w:rPr>
              <w:t>Enter your details exactly as they appear in your UWA student record.</w:t>
            </w:r>
          </w:p>
        </w:tc>
      </w:tr>
      <w:tr w:rsidR="00E957DC" w14:paraId="17E86093" w14:textId="77777777" w:rsidTr="292FAAB0">
        <w:trPr>
          <w:jc w:val="center"/>
        </w:trPr>
        <w:tc>
          <w:tcPr>
            <w:tcW w:w="3900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0D909AED" w14:textId="77777777" w:rsidR="00E957DC" w:rsidRDefault="1DB75B81" w:rsidP="1DB75B81">
            <w:pPr>
              <w:spacing w:after="0"/>
            </w:pPr>
            <w:r w:rsidRPr="1DB75B81">
              <w:rPr>
                <w:b/>
                <w:bCs/>
              </w:rPr>
              <w:t>Name</w:t>
            </w:r>
          </w:p>
        </w:tc>
        <w:tc>
          <w:tcPr>
            <w:tcW w:w="5400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32BE34FA" w14:textId="77777777" w:rsidR="00E957DC" w:rsidRDefault="1DB75B81" w:rsidP="1DB75B81">
            <w:pPr>
              <w:spacing w:after="0"/>
            </w:pPr>
            <w:r w:rsidRPr="1DB75B81">
              <w:rPr>
                <w:i/>
                <w:iCs/>
                <w:color w:val="808080" w:themeColor="background1" w:themeShade="80"/>
              </w:rPr>
              <w:t>Enter your full name.</w:t>
            </w:r>
          </w:p>
        </w:tc>
      </w:tr>
      <w:tr w:rsidR="00E957DC" w14:paraId="68009D54" w14:textId="77777777" w:rsidTr="292FAAB0">
        <w:trPr>
          <w:jc w:val="center"/>
        </w:trPr>
        <w:tc>
          <w:tcPr>
            <w:tcW w:w="3900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1A96C81D" w14:textId="77777777" w:rsidR="00E957DC" w:rsidRDefault="1DB75B81" w:rsidP="1DB75B81">
            <w:pPr>
              <w:spacing w:after="0"/>
            </w:pPr>
            <w:r w:rsidRPr="1DB75B81">
              <w:rPr>
                <w:b/>
                <w:bCs/>
              </w:rPr>
              <w:t>Student ID</w:t>
            </w:r>
          </w:p>
        </w:tc>
        <w:tc>
          <w:tcPr>
            <w:tcW w:w="5400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09FD2DCD" w14:textId="77777777" w:rsidR="00E957DC" w:rsidRDefault="1DB75B81" w:rsidP="1DB75B81">
            <w:pPr>
              <w:spacing w:after="0"/>
            </w:pPr>
            <w:r w:rsidRPr="1DB75B81">
              <w:rPr>
                <w:i/>
                <w:iCs/>
                <w:color w:val="808080" w:themeColor="background1" w:themeShade="80"/>
              </w:rPr>
              <w:t>Enter your eight-digit UWA student number.</w:t>
            </w:r>
          </w:p>
        </w:tc>
      </w:tr>
      <w:tr w:rsidR="00E957DC" w14:paraId="367CCFAE" w14:textId="77777777" w:rsidTr="292FAAB0">
        <w:trPr>
          <w:jc w:val="center"/>
        </w:trPr>
        <w:tc>
          <w:tcPr>
            <w:tcW w:w="3900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1CF2C3FB" w14:textId="77777777" w:rsidR="00E957DC" w:rsidRDefault="1DB75B81" w:rsidP="1DB75B81">
            <w:pPr>
              <w:spacing w:after="0"/>
            </w:pPr>
            <w:r w:rsidRPr="1DB75B81">
              <w:rPr>
                <w:b/>
                <w:bCs/>
              </w:rPr>
              <w:t>School</w:t>
            </w:r>
          </w:p>
        </w:tc>
        <w:tc>
          <w:tcPr>
            <w:tcW w:w="5400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30E342E5" w14:textId="073B4AD4" w:rsidR="00E957DC" w:rsidRDefault="1DB75B81" w:rsidP="1DB75B81">
            <w:pPr>
              <w:spacing w:after="0"/>
            </w:pPr>
            <w:r w:rsidRPr="1DB75B81">
              <w:rPr>
                <w:i/>
                <w:iCs/>
                <w:color w:val="808080" w:themeColor="background1" w:themeShade="80"/>
              </w:rPr>
              <w:t>Enter your UWA school.</w:t>
            </w:r>
          </w:p>
        </w:tc>
      </w:tr>
      <w:tr w:rsidR="00E957DC" w14:paraId="6CCCA8EB" w14:textId="77777777" w:rsidTr="292FAAB0">
        <w:trPr>
          <w:jc w:val="center"/>
        </w:trPr>
        <w:tc>
          <w:tcPr>
            <w:tcW w:w="10368" w:type="dxa"/>
            <w:gridSpan w:val="2"/>
            <w:shd w:val="clear" w:color="auto" w:fill="0033A0"/>
            <w:tcMar>
              <w:top w:w="95" w:type="dxa"/>
              <w:left w:w="150" w:type="dxa"/>
              <w:bottom w:w="95" w:type="dxa"/>
              <w:right w:w="150" w:type="dxa"/>
            </w:tcMar>
          </w:tcPr>
          <w:p w14:paraId="5056EFE4" w14:textId="77777777" w:rsidR="00E957DC" w:rsidRDefault="1DB75B81" w:rsidP="1DB75B81">
            <w:pPr>
              <w:spacing w:after="0"/>
              <w:rPr>
                <w:b/>
                <w:bCs/>
                <w:color w:val="FFFFFF" w:themeColor="background1"/>
                <w:sz w:val="21"/>
                <w:szCs w:val="21"/>
              </w:rPr>
            </w:pPr>
            <w:r w:rsidRPr="1DB75B81">
              <w:rPr>
                <w:b/>
                <w:bCs/>
                <w:color w:val="FFFFFF" w:themeColor="background1"/>
                <w:sz w:val="21"/>
                <w:szCs w:val="21"/>
              </w:rPr>
              <w:t>About the organisation</w:t>
            </w:r>
          </w:p>
        </w:tc>
      </w:tr>
      <w:tr w:rsidR="00E957DC" w14:paraId="10A873DA" w14:textId="77777777" w:rsidTr="292FAAB0">
        <w:trPr>
          <w:jc w:val="center"/>
        </w:trPr>
        <w:tc>
          <w:tcPr>
            <w:tcW w:w="10368" w:type="dxa"/>
            <w:gridSpan w:val="2"/>
            <w:shd w:val="clear" w:color="auto" w:fill="EAF2F8"/>
            <w:tcMar>
              <w:top w:w="100" w:type="dxa"/>
              <w:left w:w="170" w:type="dxa"/>
              <w:bottom w:w="110" w:type="dxa"/>
              <w:right w:w="170" w:type="dxa"/>
            </w:tcMar>
          </w:tcPr>
          <w:p w14:paraId="187FD943" w14:textId="77777777" w:rsidR="00E957DC" w:rsidRDefault="1DB75B81" w:rsidP="00554607">
            <w:pPr>
              <w:spacing w:after="0" w:line="240" w:lineRule="auto"/>
              <w:rPr>
                <w:b/>
                <w:bCs/>
                <w:color w:val="0033A0"/>
              </w:rPr>
            </w:pPr>
            <w:r w:rsidRPr="1DB75B81">
              <w:rPr>
                <w:b/>
                <w:bCs/>
                <w:color w:val="0033A0"/>
              </w:rPr>
              <w:t xml:space="preserve">How to complete this section: </w:t>
            </w:r>
            <w:r w:rsidRPr="1DB75B81">
              <w:rPr>
                <w:color w:val="404040" w:themeColor="text1" w:themeTint="BF"/>
              </w:rPr>
              <w:t>Tell us where you completed the internship and who supported your work.</w:t>
            </w:r>
          </w:p>
        </w:tc>
      </w:tr>
      <w:tr w:rsidR="00E957DC" w14:paraId="767A8903" w14:textId="77777777" w:rsidTr="292FAAB0">
        <w:trPr>
          <w:jc w:val="center"/>
        </w:trPr>
        <w:tc>
          <w:tcPr>
            <w:tcW w:w="3900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08B631D5" w14:textId="77777777" w:rsidR="00E957DC" w:rsidRDefault="1DB75B81" w:rsidP="00E560F1">
            <w:pPr>
              <w:spacing w:after="0" w:line="240" w:lineRule="auto"/>
            </w:pPr>
            <w:r w:rsidRPr="1DB75B81">
              <w:rPr>
                <w:b/>
                <w:bCs/>
              </w:rPr>
              <w:t>Organisation name</w:t>
            </w:r>
          </w:p>
        </w:tc>
        <w:tc>
          <w:tcPr>
            <w:tcW w:w="5400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37357462" w14:textId="77777777" w:rsidR="00E957DC" w:rsidRDefault="1DB75B81" w:rsidP="00E560F1">
            <w:pPr>
              <w:spacing w:after="0" w:line="240" w:lineRule="auto"/>
            </w:pPr>
            <w:r w:rsidRPr="1DB75B81">
              <w:rPr>
                <w:i/>
                <w:iCs/>
                <w:color w:val="808080" w:themeColor="background1" w:themeShade="80"/>
              </w:rPr>
              <w:t>Enter the organisation’s full name.</w:t>
            </w:r>
          </w:p>
        </w:tc>
      </w:tr>
      <w:tr w:rsidR="00E957DC" w14:paraId="6E7068D5" w14:textId="77777777" w:rsidTr="292FAAB0">
        <w:trPr>
          <w:jc w:val="center"/>
        </w:trPr>
        <w:tc>
          <w:tcPr>
            <w:tcW w:w="3900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5FA7A13D" w14:textId="77777777" w:rsidR="00E957DC" w:rsidRDefault="1DB75B81" w:rsidP="00E560F1">
            <w:pPr>
              <w:spacing w:after="0" w:line="240" w:lineRule="auto"/>
            </w:pPr>
            <w:r w:rsidRPr="1DB75B81">
              <w:rPr>
                <w:b/>
                <w:bCs/>
              </w:rPr>
              <w:t>Mentor name and email address</w:t>
            </w:r>
          </w:p>
        </w:tc>
        <w:tc>
          <w:tcPr>
            <w:tcW w:w="5400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76A24BED" w14:textId="77777777" w:rsidR="00E957DC" w:rsidRDefault="1DB75B81" w:rsidP="00E560F1">
            <w:pPr>
              <w:spacing w:after="0" w:line="240" w:lineRule="auto"/>
            </w:pPr>
            <w:r w:rsidRPr="1DB75B81">
              <w:rPr>
                <w:i/>
                <w:iCs/>
                <w:color w:val="808080" w:themeColor="background1" w:themeShade="80"/>
              </w:rPr>
              <w:t>Enter your main workplace mentor’s full name and email address.</w:t>
            </w:r>
          </w:p>
        </w:tc>
      </w:tr>
      <w:tr w:rsidR="00E957DC" w14:paraId="02945264" w14:textId="77777777" w:rsidTr="292FAAB0">
        <w:trPr>
          <w:jc w:val="center"/>
        </w:trPr>
        <w:tc>
          <w:tcPr>
            <w:tcW w:w="10368" w:type="dxa"/>
            <w:gridSpan w:val="2"/>
            <w:shd w:val="clear" w:color="auto" w:fill="0033A0"/>
            <w:tcMar>
              <w:top w:w="95" w:type="dxa"/>
              <w:left w:w="150" w:type="dxa"/>
              <w:bottom w:w="95" w:type="dxa"/>
              <w:right w:w="150" w:type="dxa"/>
            </w:tcMar>
          </w:tcPr>
          <w:p w14:paraId="1539E1DF" w14:textId="77777777" w:rsidR="00E957DC" w:rsidRDefault="1DB75B81" w:rsidP="1DB75B81">
            <w:pPr>
              <w:spacing w:after="0"/>
              <w:rPr>
                <w:b/>
                <w:bCs/>
                <w:color w:val="FFFFFF" w:themeColor="background1"/>
                <w:sz w:val="21"/>
                <w:szCs w:val="21"/>
              </w:rPr>
            </w:pPr>
            <w:r w:rsidRPr="1DB75B81">
              <w:rPr>
                <w:b/>
                <w:bCs/>
                <w:color w:val="FFFFFF" w:themeColor="background1"/>
                <w:sz w:val="21"/>
                <w:szCs w:val="21"/>
              </w:rPr>
              <w:t>About the internship</w:t>
            </w:r>
          </w:p>
        </w:tc>
      </w:tr>
      <w:tr w:rsidR="00E957DC" w14:paraId="1CE91955" w14:textId="77777777" w:rsidTr="292FAAB0">
        <w:trPr>
          <w:jc w:val="center"/>
        </w:trPr>
        <w:tc>
          <w:tcPr>
            <w:tcW w:w="10368" w:type="dxa"/>
            <w:gridSpan w:val="2"/>
            <w:shd w:val="clear" w:color="auto" w:fill="EAF2F8"/>
            <w:tcMar>
              <w:top w:w="100" w:type="dxa"/>
              <w:left w:w="170" w:type="dxa"/>
              <w:bottom w:w="110" w:type="dxa"/>
              <w:right w:w="170" w:type="dxa"/>
            </w:tcMar>
          </w:tcPr>
          <w:p w14:paraId="69514775" w14:textId="77777777" w:rsidR="00E957DC" w:rsidRDefault="1DB75B81" w:rsidP="00554607">
            <w:pPr>
              <w:spacing w:after="0" w:line="240" w:lineRule="auto"/>
            </w:pPr>
            <w:r w:rsidRPr="1DB75B81">
              <w:rPr>
                <w:b/>
                <w:bCs/>
                <w:color w:val="0033A0"/>
              </w:rPr>
              <w:t xml:space="preserve">How to complete this section: </w:t>
            </w:r>
            <w:r w:rsidRPr="1DB75B81">
              <w:rPr>
                <w:color w:val="404040" w:themeColor="text1" w:themeTint="BF"/>
              </w:rPr>
              <w:t>Provide the dates and total time completed. If you worked part-time, use the equivalent total number of days worked.</w:t>
            </w:r>
          </w:p>
        </w:tc>
      </w:tr>
      <w:tr w:rsidR="00E957DC" w14:paraId="363D5963" w14:textId="77777777" w:rsidTr="292FAAB0">
        <w:trPr>
          <w:jc w:val="center"/>
        </w:trPr>
        <w:tc>
          <w:tcPr>
            <w:tcW w:w="3900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798F9AC3" w14:textId="77777777" w:rsidR="00E957DC" w:rsidRDefault="1DB75B81" w:rsidP="00373D5C">
            <w:pPr>
              <w:spacing w:after="0" w:line="240" w:lineRule="auto"/>
            </w:pPr>
            <w:r w:rsidRPr="1DB75B81">
              <w:rPr>
                <w:b/>
                <w:bCs/>
              </w:rPr>
              <w:t>Start date</w:t>
            </w:r>
          </w:p>
        </w:tc>
        <w:tc>
          <w:tcPr>
            <w:tcW w:w="5400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4D28ECE0" w14:textId="77777777" w:rsidR="00E957DC" w:rsidRDefault="1DB75B81" w:rsidP="00373D5C">
            <w:pPr>
              <w:spacing w:after="0" w:line="240" w:lineRule="auto"/>
            </w:pPr>
            <w:r w:rsidRPr="1DB75B81">
              <w:rPr>
                <w:i/>
                <w:iCs/>
                <w:color w:val="808080" w:themeColor="background1" w:themeShade="80"/>
              </w:rPr>
              <w:t>Enter the date your internship started.</w:t>
            </w:r>
          </w:p>
        </w:tc>
      </w:tr>
      <w:tr w:rsidR="00E957DC" w14:paraId="59655AA3" w14:textId="77777777" w:rsidTr="292FAAB0">
        <w:trPr>
          <w:jc w:val="center"/>
        </w:trPr>
        <w:tc>
          <w:tcPr>
            <w:tcW w:w="3900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466732AE" w14:textId="77777777" w:rsidR="00E957DC" w:rsidRDefault="1DB75B81" w:rsidP="00373D5C">
            <w:pPr>
              <w:spacing w:after="0" w:line="240" w:lineRule="auto"/>
            </w:pPr>
            <w:r w:rsidRPr="1DB75B81">
              <w:rPr>
                <w:b/>
                <w:bCs/>
              </w:rPr>
              <w:t>Finish date</w:t>
            </w:r>
          </w:p>
        </w:tc>
        <w:tc>
          <w:tcPr>
            <w:tcW w:w="5400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1E5C8879" w14:textId="77777777" w:rsidR="00E957DC" w:rsidRDefault="1DB75B81" w:rsidP="00373D5C">
            <w:pPr>
              <w:spacing w:after="0" w:line="240" w:lineRule="auto"/>
            </w:pPr>
            <w:r w:rsidRPr="1DB75B81">
              <w:rPr>
                <w:i/>
                <w:iCs/>
                <w:color w:val="808080" w:themeColor="background1" w:themeShade="80"/>
              </w:rPr>
              <w:t xml:space="preserve">Enter the date your internship </w:t>
            </w:r>
            <w:bookmarkStart w:id="1" w:name="_Int_gLuTyu6k"/>
            <w:r w:rsidRPr="1DB75B81">
              <w:rPr>
                <w:i/>
                <w:iCs/>
                <w:color w:val="808080" w:themeColor="background1" w:themeShade="80"/>
              </w:rPr>
              <w:t>finished</w:t>
            </w:r>
            <w:bookmarkEnd w:id="1"/>
            <w:r w:rsidRPr="1DB75B81">
              <w:rPr>
                <w:i/>
                <w:iCs/>
                <w:color w:val="808080" w:themeColor="background1" w:themeShade="80"/>
              </w:rPr>
              <w:t>.</w:t>
            </w:r>
          </w:p>
        </w:tc>
      </w:tr>
      <w:tr w:rsidR="00E957DC" w14:paraId="7B1D6CE9" w14:textId="77777777" w:rsidTr="292FAAB0">
        <w:trPr>
          <w:jc w:val="center"/>
        </w:trPr>
        <w:tc>
          <w:tcPr>
            <w:tcW w:w="3900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4206CE59" w14:textId="77777777" w:rsidR="00E957DC" w:rsidRDefault="1DB75B81" w:rsidP="00373D5C">
            <w:pPr>
              <w:spacing w:after="0" w:line="240" w:lineRule="auto"/>
            </w:pPr>
            <w:r w:rsidRPr="1DB75B81">
              <w:rPr>
                <w:b/>
                <w:bCs/>
              </w:rPr>
              <w:t>Total number of days</w:t>
            </w:r>
          </w:p>
        </w:tc>
        <w:tc>
          <w:tcPr>
            <w:tcW w:w="5400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68077EFA" w14:textId="77777777" w:rsidR="00E957DC" w:rsidRDefault="1DB75B81" w:rsidP="00373D5C">
            <w:pPr>
              <w:spacing w:after="0" w:line="240" w:lineRule="auto"/>
            </w:pPr>
            <w:r w:rsidRPr="1DB75B81">
              <w:rPr>
                <w:i/>
                <w:iCs/>
                <w:color w:val="808080" w:themeColor="background1" w:themeShade="80"/>
              </w:rPr>
              <w:t>Enter the total number of internship days completed.</w:t>
            </w:r>
          </w:p>
        </w:tc>
      </w:tr>
      <w:tr w:rsidR="00E957DC" w14:paraId="3278D337" w14:textId="77777777" w:rsidTr="292FAAB0">
        <w:trPr>
          <w:jc w:val="center"/>
        </w:trPr>
        <w:tc>
          <w:tcPr>
            <w:tcW w:w="10368" w:type="dxa"/>
            <w:gridSpan w:val="2"/>
            <w:shd w:val="clear" w:color="auto" w:fill="0033A0"/>
            <w:tcMar>
              <w:top w:w="95" w:type="dxa"/>
              <w:left w:w="150" w:type="dxa"/>
              <w:bottom w:w="95" w:type="dxa"/>
              <w:right w:w="150" w:type="dxa"/>
            </w:tcMar>
          </w:tcPr>
          <w:p w14:paraId="599370FB" w14:textId="77777777" w:rsidR="00E957DC" w:rsidRDefault="1DB75B81" w:rsidP="1DB75B81">
            <w:pPr>
              <w:spacing w:after="0"/>
              <w:rPr>
                <w:b/>
                <w:bCs/>
                <w:color w:val="FFFFFF" w:themeColor="background1"/>
                <w:sz w:val="21"/>
                <w:szCs w:val="21"/>
              </w:rPr>
            </w:pPr>
            <w:r w:rsidRPr="1DB75B81">
              <w:rPr>
                <w:b/>
                <w:bCs/>
                <w:color w:val="FFFFFF" w:themeColor="background1"/>
                <w:sz w:val="21"/>
                <w:szCs w:val="21"/>
              </w:rPr>
              <w:t>Research Summary</w:t>
            </w:r>
          </w:p>
        </w:tc>
      </w:tr>
      <w:tr w:rsidR="00E957DC" w14:paraId="2B3A85A0" w14:textId="77777777" w:rsidTr="292FAAB0">
        <w:trPr>
          <w:jc w:val="center"/>
        </w:trPr>
        <w:tc>
          <w:tcPr>
            <w:tcW w:w="10368" w:type="dxa"/>
            <w:gridSpan w:val="2"/>
            <w:shd w:val="clear" w:color="auto" w:fill="EAF2F8"/>
            <w:tcMar>
              <w:top w:w="100" w:type="dxa"/>
              <w:left w:w="170" w:type="dxa"/>
              <w:bottom w:w="110" w:type="dxa"/>
              <w:right w:w="170" w:type="dxa"/>
            </w:tcMar>
          </w:tcPr>
          <w:p w14:paraId="68069A15" w14:textId="77777777" w:rsidR="00E957DC" w:rsidRDefault="1DB75B81" w:rsidP="00554607">
            <w:pPr>
              <w:spacing w:after="0" w:line="240" w:lineRule="auto"/>
            </w:pPr>
            <w:r w:rsidRPr="1DB75B81">
              <w:rPr>
                <w:b/>
                <w:bCs/>
                <w:color w:val="0033A0"/>
              </w:rPr>
              <w:t xml:space="preserve">How to complete this section: </w:t>
            </w:r>
            <w:r w:rsidRPr="1DB75B81">
              <w:rPr>
                <w:color w:val="404040" w:themeColor="text1" w:themeTint="BF"/>
              </w:rPr>
              <w:t xml:space="preserve">Describe the project from the organisation’s perspective. Focus on the challenge, your R&amp;D activities, the outputs you </w:t>
            </w:r>
            <w:bookmarkStart w:id="2" w:name="_Int_yvaFy3uw"/>
            <w:r w:rsidRPr="1DB75B81">
              <w:rPr>
                <w:color w:val="404040" w:themeColor="text1" w:themeTint="BF"/>
              </w:rPr>
              <w:t>produced</w:t>
            </w:r>
            <w:bookmarkEnd w:id="2"/>
            <w:r w:rsidRPr="1DB75B81">
              <w:rPr>
                <w:color w:val="404040" w:themeColor="text1" w:themeTint="BF"/>
              </w:rPr>
              <w:t xml:space="preserve"> and the benefit to the organisation. Use plain English and leave out confidential information.</w:t>
            </w:r>
          </w:p>
        </w:tc>
      </w:tr>
      <w:tr w:rsidR="00E957DC" w14:paraId="081188E7" w14:textId="77777777" w:rsidTr="292FAAB0">
        <w:trPr>
          <w:jc w:val="center"/>
        </w:trPr>
        <w:tc>
          <w:tcPr>
            <w:tcW w:w="3900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64B51534" w14:textId="77777777" w:rsidR="00E957DC" w:rsidRDefault="1DB75B81" w:rsidP="00837A22">
            <w:pPr>
              <w:spacing w:after="0" w:line="240" w:lineRule="auto"/>
            </w:pPr>
            <w:r w:rsidRPr="1DB75B81">
              <w:rPr>
                <w:b/>
                <w:bCs/>
              </w:rPr>
              <w:t xml:space="preserve">What was the R&amp;D challenge or goal to deliver? </w:t>
            </w:r>
            <w:bookmarkStart w:id="3" w:name="_Int_JvZD1OKh"/>
            <w:r w:rsidRPr="1DB75B81">
              <w:rPr>
                <w:b/>
                <w:bCs/>
              </w:rPr>
              <w:t>Was this met</w:t>
            </w:r>
            <w:bookmarkEnd w:id="3"/>
            <w:r w:rsidRPr="1DB75B81">
              <w:rPr>
                <w:b/>
                <w:bCs/>
              </w:rPr>
              <w:t>?</w:t>
            </w:r>
          </w:p>
        </w:tc>
        <w:tc>
          <w:tcPr>
            <w:tcW w:w="5400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4B833D7E" w14:textId="77777777" w:rsidR="00E957DC" w:rsidRDefault="1DB75B81" w:rsidP="00837A22">
            <w:pPr>
              <w:spacing w:after="0" w:line="240" w:lineRule="auto"/>
            </w:pPr>
            <w:r w:rsidRPr="1DB75B81">
              <w:rPr>
                <w:i/>
                <w:iCs/>
                <w:color w:val="808080" w:themeColor="background1" w:themeShade="80"/>
              </w:rPr>
              <w:t xml:space="preserve">In 1 to 3 short paragraphs, explain the problem or opportunity, the project </w:t>
            </w:r>
            <w:bookmarkStart w:id="4" w:name="_Int_iwO7levE"/>
            <w:r w:rsidRPr="1DB75B81">
              <w:rPr>
                <w:i/>
                <w:iCs/>
                <w:color w:val="808080" w:themeColor="background1" w:themeShade="80"/>
              </w:rPr>
              <w:t>goal</w:t>
            </w:r>
            <w:bookmarkEnd w:id="4"/>
            <w:r w:rsidRPr="1DB75B81">
              <w:rPr>
                <w:i/>
                <w:iCs/>
                <w:color w:val="808080" w:themeColor="background1" w:themeShade="80"/>
              </w:rPr>
              <w:t xml:space="preserve"> and whether it was achieved.</w:t>
            </w:r>
          </w:p>
        </w:tc>
      </w:tr>
      <w:tr w:rsidR="00E957DC" w14:paraId="49626F0C" w14:textId="77777777" w:rsidTr="292FAAB0">
        <w:trPr>
          <w:jc w:val="center"/>
        </w:trPr>
        <w:tc>
          <w:tcPr>
            <w:tcW w:w="3900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023F529B" w14:textId="77777777" w:rsidR="00E957DC" w:rsidRDefault="1DB75B81" w:rsidP="00837A22">
            <w:pPr>
              <w:spacing w:after="0" w:line="240" w:lineRule="auto"/>
            </w:pPr>
            <w:r w:rsidRPr="1DB75B81">
              <w:rPr>
                <w:b/>
                <w:bCs/>
              </w:rPr>
              <w:t>What key R&amp;D tasks did you do to meet the goal?</w:t>
            </w:r>
          </w:p>
        </w:tc>
        <w:tc>
          <w:tcPr>
            <w:tcW w:w="5400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5DFC70D2" w14:textId="77777777" w:rsidR="00E957DC" w:rsidRDefault="1DB75B81" w:rsidP="00837A22">
            <w:pPr>
              <w:spacing w:after="0" w:line="240" w:lineRule="auto"/>
            </w:pPr>
            <w:r w:rsidRPr="1DB75B81">
              <w:rPr>
                <w:i/>
                <w:iCs/>
                <w:color w:val="808080" w:themeColor="background1" w:themeShade="80"/>
              </w:rPr>
              <w:t xml:space="preserve">Summarise the main research, analysis, testing, </w:t>
            </w:r>
            <w:bookmarkStart w:id="5" w:name="_Int_kEW2PdVG"/>
            <w:r w:rsidRPr="1DB75B81">
              <w:rPr>
                <w:i/>
                <w:iCs/>
                <w:color w:val="808080" w:themeColor="background1" w:themeShade="80"/>
              </w:rPr>
              <w:t>design</w:t>
            </w:r>
            <w:bookmarkEnd w:id="5"/>
            <w:r w:rsidRPr="1DB75B81">
              <w:rPr>
                <w:i/>
                <w:iCs/>
                <w:color w:val="808080" w:themeColor="background1" w:themeShade="80"/>
              </w:rPr>
              <w:t xml:space="preserve"> or other R&amp;D activities you completed.</w:t>
            </w:r>
          </w:p>
        </w:tc>
      </w:tr>
      <w:tr w:rsidR="00E957DC" w14:paraId="4C19F71A" w14:textId="77777777" w:rsidTr="292FAAB0">
        <w:trPr>
          <w:jc w:val="center"/>
        </w:trPr>
        <w:tc>
          <w:tcPr>
            <w:tcW w:w="3900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5AF5A692" w14:textId="3087AA71" w:rsidR="00E957DC" w:rsidRDefault="1DB75B81" w:rsidP="00837A22">
            <w:pPr>
              <w:spacing w:after="0" w:line="240" w:lineRule="auto"/>
            </w:pPr>
            <w:r w:rsidRPr="1DB75B81">
              <w:rPr>
                <w:b/>
                <w:bCs/>
              </w:rPr>
              <w:t>What was the impact of your research on the organisation?</w:t>
            </w:r>
          </w:p>
        </w:tc>
        <w:tc>
          <w:tcPr>
            <w:tcW w:w="5400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72EE849C" w14:textId="5D4EE09E" w:rsidR="00E957DC" w:rsidRDefault="185CDFD5" w:rsidP="00837A22">
            <w:pPr>
              <w:spacing w:after="0" w:line="240" w:lineRule="auto"/>
              <w:rPr>
                <w:i/>
                <w:iCs/>
                <w:color w:val="808080" w:themeColor="background1" w:themeShade="80"/>
              </w:rPr>
            </w:pPr>
            <w:r w:rsidRPr="292FAAB0">
              <w:rPr>
                <w:i/>
                <w:iCs/>
                <w:color w:val="808080" w:themeColor="background1" w:themeShade="80"/>
              </w:rPr>
              <w:t>Explain the value of your work. Include useful findings, deliverables, improvements, decisions supported or next steps enabled.</w:t>
            </w:r>
          </w:p>
        </w:tc>
      </w:tr>
      <w:tr w:rsidR="00E957DC" w14:paraId="7AAEE1D6" w14:textId="77777777" w:rsidTr="292FAAB0">
        <w:trPr>
          <w:jc w:val="center"/>
        </w:trPr>
        <w:tc>
          <w:tcPr>
            <w:tcW w:w="10368" w:type="dxa"/>
            <w:gridSpan w:val="2"/>
            <w:shd w:val="clear" w:color="auto" w:fill="0033A0"/>
            <w:tcMar>
              <w:top w:w="95" w:type="dxa"/>
              <w:left w:w="150" w:type="dxa"/>
              <w:bottom w:w="95" w:type="dxa"/>
              <w:right w:w="150" w:type="dxa"/>
            </w:tcMar>
          </w:tcPr>
          <w:p w14:paraId="17E6421B" w14:textId="77777777" w:rsidR="00E957DC" w:rsidRDefault="1DB75B81" w:rsidP="1DB75B81">
            <w:pPr>
              <w:spacing w:after="0"/>
              <w:rPr>
                <w:b/>
                <w:bCs/>
                <w:color w:val="FFFFFF" w:themeColor="background1"/>
                <w:sz w:val="21"/>
                <w:szCs w:val="21"/>
              </w:rPr>
            </w:pPr>
            <w:r w:rsidRPr="1DB75B81">
              <w:rPr>
                <w:b/>
                <w:bCs/>
                <w:color w:val="FFFFFF" w:themeColor="background1"/>
                <w:sz w:val="21"/>
                <w:szCs w:val="21"/>
              </w:rPr>
              <w:t>Student Experience</w:t>
            </w:r>
          </w:p>
        </w:tc>
      </w:tr>
      <w:tr w:rsidR="00E957DC" w14:paraId="7527E5E9" w14:textId="77777777" w:rsidTr="292FAAB0">
        <w:trPr>
          <w:jc w:val="center"/>
        </w:trPr>
        <w:tc>
          <w:tcPr>
            <w:tcW w:w="10368" w:type="dxa"/>
            <w:gridSpan w:val="2"/>
            <w:shd w:val="clear" w:color="auto" w:fill="EAF2F8"/>
            <w:tcMar>
              <w:top w:w="100" w:type="dxa"/>
              <w:left w:w="170" w:type="dxa"/>
              <w:bottom w:w="110" w:type="dxa"/>
              <w:right w:w="170" w:type="dxa"/>
            </w:tcMar>
          </w:tcPr>
          <w:p w14:paraId="4874AC6D" w14:textId="77777777" w:rsidR="00E957DC" w:rsidRDefault="1DB75B81" w:rsidP="00554607">
            <w:pPr>
              <w:spacing w:after="0" w:line="240" w:lineRule="auto"/>
            </w:pPr>
            <w:r w:rsidRPr="1DB75B81">
              <w:rPr>
                <w:b/>
                <w:bCs/>
                <w:color w:val="0033A0"/>
              </w:rPr>
              <w:t xml:space="preserve">How to complete this section: </w:t>
            </w:r>
            <w:r w:rsidRPr="1DB75B81">
              <w:rPr>
                <w:color w:val="404040" w:themeColor="text1" w:themeTint="BF"/>
              </w:rPr>
              <w:t xml:space="preserve">Reflect on the experience in your own voice. Short, specific examples are helpful. You can mention skills, industry exposure, professional connections, </w:t>
            </w:r>
            <w:bookmarkStart w:id="6" w:name="_Int_OrM9TJqU"/>
            <w:r w:rsidRPr="1DB75B81">
              <w:rPr>
                <w:color w:val="404040" w:themeColor="text1" w:themeTint="BF"/>
              </w:rPr>
              <w:t>challenges</w:t>
            </w:r>
            <w:bookmarkEnd w:id="6"/>
            <w:r w:rsidRPr="1DB75B81">
              <w:rPr>
                <w:color w:val="404040" w:themeColor="text1" w:themeTint="BF"/>
              </w:rPr>
              <w:t xml:space="preserve"> and career insights.</w:t>
            </w:r>
          </w:p>
        </w:tc>
      </w:tr>
      <w:tr w:rsidR="00E957DC" w14:paraId="3AF0B213" w14:textId="77777777" w:rsidTr="292FAAB0">
        <w:trPr>
          <w:jc w:val="center"/>
        </w:trPr>
        <w:tc>
          <w:tcPr>
            <w:tcW w:w="3900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6EAC984D" w14:textId="77777777" w:rsidR="00E957DC" w:rsidRDefault="1DB75B81" w:rsidP="00554607">
            <w:pPr>
              <w:spacing w:after="0" w:line="240" w:lineRule="auto"/>
            </w:pPr>
            <w:r w:rsidRPr="1DB75B81">
              <w:rPr>
                <w:b/>
                <w:bCs/>
              </w:rPr>
              <w:t xml:space="preserve">What attracted you to </w:t>
            </w:r>
            <w:proofErr w:type="gramStart"/>
            <w:r w:rsidRPr="1DB75B81">
              <w:rPr>
                <w:b/>
                <w:bCs/>
              </w:rPr>
              <w:t>intern</w:t>
            </w:r>
            <w:proofErr w:type="gramEnd"/>
            <w:r w:rsidRPr="1DB75B81">
              <w:rPr>
                <w:b/>
                <w:bCs/>
              </w:rPr>
              <w:t xml:space="preserve"> with the organisation?</w:t>
            </w:r>
          </w:p>
        </w:tc>
        <w:tc>
          <w:tcPr>
            <w:tcW w:w="5400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644425F5" w14:textId="77777777" w:rsidR="00E957DC" w:rsidRDefault="1DB75B81" w:rsidP="00554607">
            <w:pPr>
              <w:spacing w:after="0" w:line="240" w:lineRule="auto"/>
            </w:pPr>
            <w:r w:rsidRPr="1DB75B81">
              <w:rPr>
                <w:i/>
                <w:iCs/>
                <w:color w:val="808080" w:themeColor="background1" w:themeShade="80"/>
              </w:rPr>
              <w:t xml:space="preserve">Briefly explain why this organisation, project or industry </w:t>
            </w:r>
            <w:bookmarkStart w:id="7" w:name="_Int_UrHDHMpa"/>
            <w:proofErr w:type="gramStart"/>
            <w:r w:rsidRPr="1DB75B81">
              <w:rPr>
                <w:i/>
                <w:iCs/>
                <w:color w:val="808080" w:themeColor="background1" w:themeShade="80"/>
              </w:rPr>
              <w:t>interested</w:t>
            </w:r>
            <w:bookmarkEnd w:id="7"/>
            <w:proofErr w:type="gramEnd"/>
            <w:r w:rsidRPr="1DB75B81">
              <w:rPr>
                <w:i/>
                <w:iCs/>
                <w:color w:val="808080" w:themeColor="background1" w:themeShade="80"/>
              </w:rPr>
              <w:t xml:space="preserve"> you.</w:t>
            </w:r>
          </w:p>
        </w:tc>
      </w:tr>
      <w:tr w:rsidR="00E957DC" w14:paraId="61475636" w14:textId="77777777" w:rsidTr="292FAAB0">
        <w:trPr>
          <w:jc w:val="center"/>
        </w:trPr>
        <w:tc>
          <w:tcPr>
            <w:tcW w:w="3900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27B37CC2" w14:textId="77777777" w:rsidR="00E957DC" w:rsidRDefault="1DB75B81" w:rsidP="00554607">
            <w:pPr>
              <w:spacing w:after="0" w:line="240" w:lineRule="auto"/>
            </w:pPr>
            <w:r w:rsidRPr="1DB75B81">
              <w:rPr>
                <w:b/>
                <w:bCs/>
              </w:rPr>
              <w:lastRenderedPageBreak/>
              <w:t>What new things did you do or learn?</w:t>
            </w:r>
          </w:p>
        </w:tc>
        <w:tc>
          <w:tcPr>
            <w:tcW w:w="5400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0C8B5E2B" w14:textId="66D64794" w:rsidR="00E957DC" w:rsidRDefault="1DB75B81" w:rsidP="00554607">
            <w:pPr>
              <w:spacing w:after="0" w:line="240" w:lineRule="auto"/>
            </w:pPr>
            <w:r w:rsidRPr="1DB75B81">
              <w:rPr>
                <w:i/>
                <w:iCs/>
                <w:color w:val="808080" w:themeColor="background1" w:themeShade="80"/>
              </w:rPr>
              <w:t xml:space="preserve">Share new research, technical, translating research, transferrable skills (e.g. leadership, communication, dealing with ambiguity, etc) you </w:t>
            </w:r>
            <w:bookmarkStart w:id="8" w:name="_Int_le1f4Cdn"/>
            <w:r w:rsidRPr="1DB75B81">
              <w:rPr>
                <w:i/>
                <w:iCs/>
                <w:color w:val="808080" w:themeColor="background1" w:themeShade="80"/>
              </w:rPr>
              <w:t>developed</w:t>
            </w:r>
            <w:bookmarkEnd w:id="8"/>
            <w:r w:rsidRPr="1DB75B81">
              <w:rPr>
                <w:i/>
                <w:iCs/>
                <w:color w:val="808080" w:themeColor="background1" w:themeShade="80"/>
              </w:rPr>
              <w:t>.</w:t>
            </w:r>
          </w:p>
        </w:tc>
      </w:tr>
      <w:tr w:rsidR="00E957DC" w14:paraId="039B5483" w14:textId="77777777" w:rsidTr="292FAAB0">
        <w:trPr>
          <w:jc w:val="center"/>
        </w:trPr>
        <w:tc>
          <w:tcPr>
            <w:tcW w:w="3900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70D0F4E1" w14:textId="77777777" w:rsidR="00E957DC" w:rsidRDefault="1DB75B81" w:rsidP="00554607">
            <w:pPr>
              <w:spacing w:after="0" w:line="240" w:lineRule="auto"/>
            </w:pPr>
            <w:bookmarkStart w:id="9" w:name="_Int_dxThouRG"/>
            <w:proofErr w:type="gramStart"/>
            <w:r w:rsidRPr="1DB75B81">
              <w:rPr>
                <w:b/>
                <w:bCs/>
              </w:rPr>
              <w:t>Were</w:t>
            </w:r>
            <w:bookmarkEnd w:id="9"/>
            <w:proofErr w:type="gramEnd"/>
            <w:r w:rsidRPr="1DB75B81">
              <w:rPr>
                <w:b/>
                <w:bCs/>
              </w:rPr>
              <w:t xml:space="preserve"> there any surprises for you?</w:t>
            </w:r>
          </w:p>
        </w:tc>
        <w:tc>
          <w:tcPr>
            <w:tcW w:w="5400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123336D4" w14:textId="77777777" w:rsidR="00E957DC" w:rsidRDefault="1DB75B81" w:rsidP="00554607">
            <w:pPr>
              <w:spacing w:after="0" w:line="240" w:lineRule="auto"/>
            </w:pPr>
            <w:r w:rsidRPr="1DB75B81">
              <w:rPr>
                <w:i/>
                <w:iCs/>
                <w:color w:val="808080" w:themeColor="background1" w:themeShade="80"/>
              </w:rPr>
              <w:t xml:space="preserve">Describe anything unexpected about the project, </w:t>
            </w:r>
            <w:bookmarkStart w:id="10" w:name="_Int_8YKyGCng"/>
            <w:r w:rsidRPr="1DB75B81">
              <w:rPr>
                <w:i/>
                <w:iCs/>
                <w:color w:val="808080" w:themeColor="background1" w:themeShade="80"/>
              </w:rPr>
              <w:t>workplace</w:t>
            </w:r>
            <w:bookmarkEnd w:id="10"/>
            <w:r w:rsidRPr="1DB75B81">
              <w:rPr>
                <w:i/>
                <w:iCs/>
                <w:color w:val="808080" w:themeColor="background1" w:themeShade="80"/>
              </w:rPr>
              <w:t xml:space="preserve"> or experience. If none, write “No”.</w:t>
            </w:r>
          </w:p>
        </w:tc>
      </w:tr>
      <w:tr w:rsidR="00E957DC" w14:paraId="15658AE2" w14:textId="77777777" w:rsidTr="292FAAB0">
        <w:trPr>
          <w:jc w:val="center"/>
        </w:trPr>
        <w:tc>
          <w:tcPr>
            <w:tcW w:w="3900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1C0C5402" w14:textId="77777777" w:rsidR="00E957DC" w:rsidRDefault="1DB75B81" w:rsidP="00554607">
            <w:pPr>
              <w:spacing w:after="0" w:line="240" w:lineRule="auto"/>
            </w:pPr>
            <w:r w:rsidRPr="1DB75B81">
              <w:rPr>
                <w:b/>
                <w:bCs/>
              </w:rPr>
              <w:t>Has the experience shaped your career direction? If so, how?</w:t>
            </w:r>
          </w:p>
        </w:tc>
        <w:tc>
          <w:tcPr>
            <w:tcW w:w="5400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481BB370" w14:textId="77777777" w:rsidR="00E957DC" w:rsidRDefault="1DB75B81" w:rsidP="00554607">
            <w:pPr>
              <w:spacing w:after="0" w:line="240" w:lineRule="auto"/>
            </w:pPr>
            <w:r w:rsidRPr="1DB75B81">
              <w:rPr>
                <w:i/>
                <w:iCs/>
                <w:color w:val="808080" w:themeColor="background1" w:themeShade="80"/>
              </w:rPr>
              <w:t xml:space="preserve">Explain whether the internship influenced your career interests, confidence, </w:t>
            </w:r>
            <w:bookmarkStart w:id="11" w:name="_Int_ul01hlLL"/>
            <w:r w:rsidRPr="1DB75B81">
              <w:rPr>
                <w:i/>
                <w:iCs/>
                <w:color w:val="808080" w:themeColor="background1" w:themeShade="80"/>
              </w:rPr>
              <w:t>networks</w:t>
            </w:r>
            <w:bookmarkEnd w:id="11"/>
            <w:r w:rsidRPr="1DB75B81">
              <w:rPr>
                <w:i/>
                <w:iCs/>
                <w:color w:val="808080" w:themeColor="background1" w:themeShade="80"/>
              </w:rPr>
              <w:t xml:space="preserve"> or next steps.</w:t>
            </w:r>
          </w:p>
        </w:tc>
      </w:tr>
      <w:tr w:rsidR="00E957DC" w14:paraId="179F1258" w14:textId="77777777" w:rsidTr="292FAAB0">
        <w:trPr>
          <w:jc w:val="center"/>
        </w:trPr>
        <w:tc>
          <w:tcPr>
            <w:tcW w:w="3900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5D1069E1" w14:textId="77777777" w:rsidR="00E957DC" w:rsidRDefault="1DB75B81" w:rsidP="00554607">
            <w:pPr>
              <w:spacing w:after="0" w:line="240" w:lineRule="auto"/>
            </w:pPr>
            <w:r w:rsidRPr="1DB75B81">
              <w:rPr>
                <w:b/>
                <w:bCs/>
              </w:rPr>
              <w:t>What would you say to other students about doing a research internship?</w:t>
            </w:r>
          </w:p>
        </w:tc>
        <w:tc>
          <w:tcPr>
            <w:tcW w:w="5400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05FAA8A5" w14:textId="77777777" w:rsidR="00E957DC" w:rsidRDefault="1DB75B81" w:rsidP="00554607">
            <w:pPr>
              <w:spacing w:after="0" w:line="240" w:lineRule="auto"/>
            </w:pPr>
            <w:r w:rsidRPr="1DB75B81">
              <w:rPr>
                <w:i/>
                <w:iCs/>
                <w:color w:val="808080" w:themeColor="background1" w:themeShade="80"/>
              </w:rPr>
              <w:t>Write a short, encouraging message or practical advice for another HDR student.</w:t>
            </w:r>
          </w:p>
        </w:tc>
      </w:tr>
      <w:tr w:rsidR="00E957DC" w14:paraId="54303FAE" w14:textId="77777777" w:rsidTr="292FAAB0">
        <w:trPr>
          <w:jc w:val="center"/>
        </w:trPr>
        <w:tc>
          <w:tcPr>
            <w:tcW w:w="10368" w:type="dxa"/>
            <w:gridSpan w:val="2"/>
            <w:shd w:val="clear" w:color="auto" w:fill="0033A0"/>
            <w:tcMar>
              <w:top w:w="95" w:type="dxa"/>
              <w:left w:w="150" w:type="dxa"/>
              <w:bottom w:w="95" w:type="dxa"/>
              <w:right w:w="150" w:type="dxa"/>
            </w:tcMar>
          </w:tcPr>
          <w:p w14:paraId="6B4F2D73" w14:textId="77777777" w:rsidR="00E957DC" w:rsidRDefault="1DB75B81" w:rsidP="1DB75B81">
            <w:pPr>
              <w:spacing w:after="0"/>
              <w:rPr>
                <w:b/>
                <w:bCs/>
                <w:color w:val="FFFFFF" w:themeColor="background1"/>
                <w:sz w:val="21"/>
                <w:szCs w:val="21"/>
              </w:rPr>
            </w:pPr>
            <w:r w:rsidRPr="1DB75B81">
              <w:rPr>
                <w:b/>
                <w:bCs/>
                <w:color w:val="FFFFFF" w:themeColor="background1"/>
                <w:sz w:val="21"/>
                <w:szCs w:val="21"/>
              </w:rPr>
              <w:t>Overall Experience Rating</w:t>
            </w:r>
          </w:p>
        </w:tc>
      </w:tr>
      <w:tr w:rsidR="00E957DC" w14:paraId="2279BC41" w14:textId="77777777" w:rsidTr="292FAAB0">
        <w:trPr>
          <w:jc w:val="center"/>
        </w:trPr>
        <w:tc>
          <w:tcPr>
            <w:tcW w:w="10368" w:type="dxa"/>
            <w:gridSpan w:val="2"/>
            <w:shd w:val="clear" w:color="auto" w:fill="EAF2F8"/>
            <w:tcMar>
              <w:top w:w="100" w:type="dxa"/>
              <w:left w:w="170" w:type="dxa"/>
              <w:bottom w:w="110" w:type="dxa"/>
              <w:right w:w="170" w:type="dxa"/>
            </w:tcMar>
          </w:tcPr>
          <w:p w14:paraId="5486BEE1" w14:textId="77777777" w:rsidR="00E957DC" w:rsidRDefault="1DB75B81" w:rsidP="00554607">
            <w:pPr>
              <w:spacing w:after="0" w:line="240" w:lineRule="auto"/>
            </w:pPr>
            <w:r w:rsidRPr="1DB75B81">
              <w:rPr>
                <w:b/>
                <w:bCs/>
                <w:color w:val="0033A0"/>
              </w:rPr>
              <w:t xml:space="preserve">How to complete this section: </w:t>
            </w:r>
            <w:r w:rsidRPr="1DB75B81">
              <w:rPr>
                <w:color w:val="404040" w:themeColor="text1" w:themeTint="BF"/>
              </w:rPr>
              <w:t>Choose the option that best reflects your overall internship experience.</w:t>
            </w:r>
          </w:p>
        </w:tc>
      </w:tr>
      <w:tr w:rsidR="00E957DC" w14:paraId="231A5699" w14:textId="77777777" w:rsidTr="292FAAB0">
        <w:trPr>
          <w:jc w:val="center"/>
        </w:trPr>
        <w:tc>
          <w:tcPr>
            <w:tcW w:w="3900" w:type="dxa"/>
            <w:shd w:val="clear" w:color="auto" w:fill="FFF4CC"/>
            <w:tcMar>
              <w:top w:w="130" w:type="dxa"/>
              <w:left w:w="150" w:type="dxa"/>
              <w:bottom w:w="130" w:type="dxa"/>
              <w:right w:w="150" w:type="dxa"/>
            </w:tcMar>
            <w:vAlign w:val="center"/>
          </w:tcPr>
          <w:p w14:paraId="0360EA81" w14:textId="77777777" w:rsidR="00E957DC" w:rsidRDefault="1DB75B81" w:rsidP="004217C7">
            <w:pPr>
              <w:spacing w:after="0" w:line="240" w:lineRule="auto"/>
            </w:pPr>
            <w:r w:rsidRPr="1DB75B81">
              <w:rPr>
                <w:b/>
                <w:bCs/>
              </w:rPr>
              <w:t>What overall rating would you give your experience?</w:t>
            </w:r>
            <w:r w:rsidR="001B7716">
              <w:br/>
            </w:r>
            <w:r w:rsidRPr="1DB75B81">
              <w:rPr>
                <w:i/>
                <w:iCs/>
              </w:rPr>
              <w:t>0 = totally unsatisfied   |   5 = extremely satisfied</w:t>
            </w:r>
          </w:p>
        </w:tc>
        <w:tc>
          <w:tcPr>
            <w:tcW w:w="5400" w:type="dxa"/>
            <w:shd w:val="clear" w:color="auto" w:fill="FFF4CC"/>
            <w:tcMar>
              <w:top w:w="130" w:type="dxa"/>
              <w:left w:w="150" w:type="dxa"/>
              <w:bottom w:w="130" w:type="dxa"/>
              <w:right w:w="150" w:type="dxa"/>
            </w:tcMar>
            <w:vAlign w:val="center"/>
          </w:tcPr>
          <w:p w14:paraId="127B3F4D" w14:textId="77777777" w:rsidR="00E957DC" w:rsidRDefault="001B7716" w:rsidP="004217C7">
            <w:pPr>
              <w:spacing w:after="0" w:line="240" w:lineRule="auto"/>
            </w:pPr>
            <w:sdt>
              <w:sdtPr>
                <w:alias w:val="Overall internship rating"/>
                <w:tag w:val="InternshipRating"/>
                <w:id w:val="404379470"/>
                <w:dropDownList/>
              </w:sdtPr>
              <w:sdtEndPr/>
              <w:sdtContent>
                <w:r w:rsidR="1DB75B81" w:rsidRPr="1DB75B81">
                  <w:rPr>
                    <w:color w:val="7F6000"/>
                    <w:sz w:val="22"/>
                  </w:rPr>
                  <w:t>Select a rating</w:t>
                </w:r>
              </w:sdtContent>
            </w:sdt>
          </w:p>
          <w:p w14:paraId="4F4519EE" w14:textId="77777777" w:rsidR="00E957DC" w:rsidRDefault="1DB75B81" w:rsidP="004217C7">
            <w:pPr>
              <w:spacing w:after="0" w:line="240" w:lineRule="auto"/>
            </w:pPr>
            <w:r w:rsidRPr="1DB75B81">
              <w:rPr>
                <w:i/>
                <w:iCs/>
                <w:color w:val="595959" w:themeColor="text1" w:themeTint="A6"/>
                <w:sz w:val="16"/>
                <w:szCs w:val="16"/>
              </w:rPr>
              <w:t>Select the dropdown arrow, then choose 0 to 5 stars.</w:t>
            </w:r>
          </w:p>
        </w:tc>
      </w:tr>
      <w:tr w:rsidR="00E957DC" w14:paraId="74EADD89" w14:textId="77777777" w:rsidTr="292FAAB0">
        <w:trPr>
          <w:jc w:val="center"/>
        </w:trPr>
        <w:tc>
          <w:tcPr>
            <w:tcW w:w="10368" w:type="dxa"/>
            <w:gridSpan w:val="2"/>
            <w:shd w:val="clear" w:color="auto" w:fill="0033A0"/>
            <w:tcMar>
              <w:top w:w="95" w:type="dxa"/>
              <w:left w:w="150" w:type="dxa"/>
              <w:bottom w:w="95" w:type="dxa"/>
              <w:right w:w="150" w:type="dxa"/>
            </w:tcMar>
          </w:tcPr>
          <w:p w14:paraId="5085DBD9" w14:textId="77777777" w:rsidR="00E957DC" w:rsidRDefault="1DB75B81" w:rsidP="1DB75B81">
            <w:pPr>
              <w:spacing w:after="0"/>
              <w:rPr>
                <w:b/>
                <w:bCs/>
                <w:color w:val="FFFFFF" w:themeColor="background1"/>
                <w:sz w:val="21"/>
                <w:szCs w:val="21"/>
              </w:rPr>
            </w:pPr>
            <w:r w:rsidRPr="1DB75B81">
              <w:rPr>
                <w:b/>
                <w:bCs/>
                <w:color w:val="FFFFFF" w:themeColor="background1"/>
                <w:sz w:val="21"/>
                <w:szCs w:val="21"/>
              </w:rPr>
              <w:t>Talent Release and Promotional Material</w:t>
            </w:r>
          </w:p>
        </w:tc>
      </w:tr>
      <w:tr w:rsidR="00E957DC" w14:paraId="5E7A9949" w14:textId="77777777" w:rsidTr="292FAAB0">
        <w:trPr>
          <w:jc w:val="center"/>
        </w:trPr>
        <w:tc>
          <w:tcPr>
            <w:tcW w:w="10368" w:type="dxa"/>
            <w:gridSpan w:val="2"/>
            <w:shd w:val="clear" w:color="auto" w:fill="EAF2F8"/>
            <w:tcMar>
              <w:top w:w="100" w:type="dxa"/>
              <w:left w:w="170" w:type="dxa"/>
              <w:bottom w:w="110" w:type="dxa"/>
              <w:right w:w="170" w:type="dxa"/>
            </w:tcMar>
          </w:tcPr>
          <w:p w14:paraId="36E0014E" w14:textId="1B7EC870" w:rsidR="00E957DC" w:rsidRDefault="1DB75B81" w:rsidP="1DB75B81">
            <w:pPr>
              <w:spacing w:after="0"/>
            </w:pPr>
            <w:r w:rsidRPr="1DB75B81">
              <w:rPr>
                <w:b/>
                <w:bCs/>
                <w:color w:val="0033A0"/>
              </w:rPr>
              <w:t xml:space="preserve">How to complete this section: </w:t>
            </w:r>
            <w:r w:rsidRPr="1DB75B81">
              <w:rPr>
                <w:color w:val="404040" w:themeColor="text1" w:themeTint="BF"/>
              </w:rPr>
              <w:t xml:space="preserve">If you are happy for UWA to promote your internship experience, complete the </w:t>
            </w:r>
            <w:hyperlink r:id="rId10">
              <w:r w:rsidRPr="1DB75B81">
                <w:rPr>
                  <w:rStyle w:val="Hyperlink"/>
                </w:rPr>
                <w:t>Talent Release Form</w:t>
              </w:r>
            </w:hyperlink>
            <w:r w:rsidRPr="1DB75B81">
              <w:rPr>
                <w:color w:val="404040" w:themeColor="text1" w:themeTint="BF"/>
              </w:rPr>
              <w:t xml:space="preserve"> and email it with any high-resolution photos or videos to </w:t>
            </w:r>
            <w:hyperlink r:id="rId11">
              <w:r w:rsidRPr="1DB75B81">
                <w:rPr>
                  <w:rStyle w:val="Hyperlink"/>
                </w:rPr>
                <w:t>internships-grs@uwa.edu.au</w:t>
              </w:r>
            </w:hyperlink>
            <w:r w:rsidRPr="1DB75B81">
              <w:rPr>
                <w:color w:val="404040" w:themeColor="text1" w:themeTint="BF"/>
              </w:rPr>
              <w:t xml:space="preserve"> .</w:t>
            </w:r>
          </w:p>
        </w:tc>
      </w:tr>
    </w:tbl>
    <w:p w14:paraId="5E9476C2" w14:textId="77777777" w:rsidR="00E957DC" w:rsidRDefault="001B7716">
      <w:pPr>
        <w:spacing w:before="140"/>
        <w:jc w:val="center"/>
      </w:pPr>
      <w:r>
        <w:rPr>
          <w:b/>
          <w:color w:val="0033A0"/>
        </w:rPr>
        <w:t>Thank you for sharing your experience!</w:t>
      </w:r>
    </w:p>
    <w:sectPr w:rsidR="00E957DC" w:rsidSect="00034616">
      <w:pgSz w:w="12240" w:h="15840"/>
      <w:pgMar w:top="720" w:right="936" w:bottom="720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ZsSVoklr1usIES" int2:id="F3GvUy8y">
      <int2:state int2:value="Rejected" int2:type="spell"/>
    </int2:textHash>
    <int2:textHash int2:hashCode="JgtY6hJIkityHB" int2:id="a4UA1XR6">
      <int2:state int2:value="Rejected" int2:type="spell"/>
    </int2:textHash>
    <int2:bookmark int2:bookmarkName="_Int_dxThouRG" int2:invalidationBookmarkName="" int2:hashCode="TMf+/7C5yruBbA" int2:id="VObdThY5">
      <int2:state int2:value="Rejected" int2:type="gram"/>
    </int2:bookmark>
    <int2:bookmark int2:bookmarkName="_Int_8YKyGCng" int2:invalidationBookmarkName="" int2:hashCode="BlbVfd27tMl4qU" int2:id="CWSafFxo">
      <int2:state int2:value="Rejected" int2:type="gram"/>
    </int2:bookmark>
    <int2:bookmark int2:bookmarkName="_Int_ul01hlLL" int2:invalidationBookmarkName="" int2:hashCode="7B/eimeyXJXHTm" int2:id="hljOkelI">
      <int2:state int2:value="Rejected" int2:type="gram"/>
    </int2:bookmark>
    <int2:bookmark int2:bookmarkName="_Int_OrM9TJqU" int2:invalidationBookmarkName="" int2:hashCode="P7L+//cGJF5HvK" int2:id="azBOQ0Ow">
      <int2:state int2:value="Rejected" int2:type="gram"/>
    </int2:bookmark>
    <int2:bookmark int2:bookmarkName="_Int_le1f4Cdn" int2:invalidationBookmarkName="" int2:hashCode="DxoID/FVO4qGn5" int2:id="J3FiuJU5">
      <int2:state int2:value="Rejected" int2:type="gram"/>
    </int2:bookmark>
    <int2:bookmark int2:bookmarkName="_Int_yvaFy3uw" int2:invalidationBookmarkName="" int2:hashCode="Yof/MXrtctds6a" int2:id="ynjblRhq">
      <int2:state int2:value="Rejected" int2:type="gram"/>
    </int2:bookmark>
    <int2:bookmark int2:bookmarkName="_Int_UrHDHMpa" int2:invalidationBookmarkName="" int2:hashCode="6/sunCrCDhoENq" int2:id="GVm7t4c2">
      <int2:state int2:value="Rejected" int2:type="gram"/>
    </int2:bookmark>
    <int2:bookmark int2:bookmarkName="_Int_JvZD1OKh" int2:invalidationBookmarkName="" int2:hashCode="8BOQOSBcG7SbQB" int2:id="ZO1yWb7l">
      <int2:state int2:value="Rejected" int2:type="gram"/>
    </int2:bookmark>
    <int2:bookmark int2:bookmarkName="_Int_kEW2PdVG" int2:invalidationBookmarkName="" int2:hashCode="BW8RgniZLaM2Gj" int2:id="6gR4AkoR">
      <int2:state int2:value="Rejected" int2:type="gram"/>
    </int2:bookmark>
    <int2:bookmark int2:bookmarkName="_Int_iwO7levE" int2:invalidationBookmarkName="" int2:hashCode="25oCK3ViXVYkBZ" int2:id="ZOXKF2TJ">
      <int2:state int2:value="Rejected" int2:type="gram"/>
    </int2:bookmark>
    <int2:bookmark int2:bookmarkName="_Int_gLuTyu6k" int2:invalidationBookmarkName="" int2:hashCode="+VcJfXoid19r6k" int2:id="wfeW6og8">
      <int2:state int2:value="Rejected" int2:type="gram"/>
    </int2:bookmark>
    <int2:bookmark int2:bookmarkName="_Int_MvW0oh6b" int2:invalidationBookmarkName="" int2:hashCode="WBEt7M/Aol43yR" int2:id="j6m1LoV1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06362057">
    <w:abstractNumId w:val="8"/>
  </w:num>
  <w:num w:numId="2" w16cid:durableId="1697803525">
    <w:abstractNumId w:val="6"/>
  </w:num>
  <w:num w:numId="3" w16cid:durableId="1343623151">
    <w:abstractNumId w:val="5"/>
  </w:num>
  <w:num w:numId="4" w16cid:durableId="432748088">
    <w:abstractNumId w:val="4"/>
  </w:num>
  <w:num w:numId="5" w16cid:durableId="1292173646">
    <w:abstractNumId w:val="7"/>
  </w:num>
  <w:num w:numId="6" w16cid:durableId="1037583661">
    <w:abstractNumId w:val="3"/>
  </w:num>
  <w:num w:numId="7" w16cid:durableId="408770783">
    <w:abstractNumId w:val="2"/>
  </w:num>
  <w:num w:numId="8" w16cid:durableId="880358476">
    <w:abstractNumId w:val="1"/>
  </w:num>
  <w:num w:numId="9" w16cid:durableId="9744566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73D5C"/>
    <w:rsid w:val="004217C7"/>
    <w:rsid w:val="0046207B"/>
    <w:rsid w:val="004C09C3"/>
    <w:rsid w:val="00554607"/>
    <w:rsid w:val="0066505D"/>
    <w:rsid w:val="00837A22"/>
    <w:rsid w:val="00AA1D8D"/>
    <w:rsid w:val="00B47730"/>
    <w:rsid w:val="00CB0664"/>
    <w:rsid w:val="00E560F1"/>
    <w:rsid w:val="00E957DC"/>
    <w:rsid w:val="00F7EC4F"/>
    <w:rsid w:val="00FC693F"/>
    <w:rsid w:val="08E9FAAF"/>
    <w:rsid w:val="11D667DF"/>
    <w:rsid w:val="15B7D113"/>
    <w:rsid w:val="185CDFD5"/>
    <w:rsid w:val="1ADB8EF2"/>
    <w:rsid w:val="1D11D5AA"/>
    <w:rsid w:val="1DB75B81"/>
    <w:rsid w:val="20D18AFC"/>
    <w:rsid w:val="292FAAB0"/>
    <w:rsid w:val="2B1A4DCC"/>
    <w:rsid w:val="2F4E32F2"/>
    <w:rsid w:val="32288F96"/>
    <w:rsid w:val="3846A038"/>
    <w:rsid w:val="3D5BA0D6"/>
    <w:rsid w:val="4086D429"/>
    <w:rsid w:val="43E5E523"/>
    <w:rsid w:val="497125F9"/>
    <w:rsid w:val="49E0F1B0"/>
    <w:rsid w:val="4EDBCBFB"/>
    <w:rsid w:val="5329D737"/>
    <w:rsid w:val="58CE85CB"/>
    <w:rsid w:val="59D76571"/>
    <w:rsid w:val="5AEFD3C9"/>
    <w:rsid w:val="5B276A9B"/>
    <w:rsid w:val="5D7C3BE2"/>
    <w:rsid w:val="694B4E73"/>
    <w:rsid w:val="74ACDC9B"/>
    <w:rsid w:val="76E888F2"/>
    <w:rsid w:val="7732E47E"/>
    <w:rsid w:val="775EF0C8"/>
    <w:rsid w:val="7BC55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AD54F924-3F01-4567-AA3D-D424C0671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eastAsia="Arial" w:hAnsi="Arial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1DB75B8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nternships-grs@uwa.edu.au" TargetMode="External"/><Relationship Id="rId5" Type="http://schemas.openxmlformats.org/officeDocument/2006/relationships/numbering" Target="numbering.xml"/><Relationship Id="rId10" Type="http://schemas.openxmlformats.org/officeDocument/2006/relationships/hyperlink" Target="https://uniwa.sharepoint.com/:w:/r/sites/sd-BMR/_layouts/15/Doc.aspx?sourcedoc=%7B9E653B5A-555E-4144-8BA2-19D7032261C7%7D&amp;file=Talent%20Release%20Form%202023%20(2).doc&amp;action=default&amp;mobileredirect=true&amp;DefaultItemOpen=1%3Fweb%3D1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jpg"/><Relationship Id="rId14" Type="http://schemas.microsoft.com/office/2020/10/relationships/intelligence" Target="intelligence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pprovalAssignedTo xmlns="54184f83-cabf-4193-b2d7-4cc022075110">
      <UserInfo>
        <DisplayName/>
        <AccountId xsi:nil="true"/>
        <AccountType/>
      </UserInfo>
    </_ApprovalAssignedTo>
    <_ApprovalRespondedBy xmlns="54184f83-cabf-4193-b2d7-4cc022075110">
      <UserInfo>
        <DisplayName/>
        <AccountId xsi:nil="true"/>
        <AccountType/>
      </UserInfo>
    </_ApprovalRespondedBy>
    <_ApprovalStatus xmlns="54184f83-cabf-4193-b2d7-4cc022075110">0</_ApprovalStatus>
    <lcf76f155ced4ddcb4097134ff3c332f xmlns="54184f83-cabf-4193-b2d7-4cc022075110">
      <Terms xmlns="http://schemas.microsoft.com/office/infopath/2007/PartnerControls"/>
    </lcf76f155ced4ddcb4097134ff3c332f>
    <TaxCatchAll xmlns="77ae21e5-31a6-408e-8bcf-cc7c2c457572" xsi:nil="true"/>
    <School xmlns="54184f83-cabf-4193-b2d7-4cc022075110" xsi:nil="true"/>
    <Status xmlns="54184f83-cabf-4193-b2d7-4cc022075110" xsi:nil="true"/>
    <_ApprovalSentBy xmlns="54184f83-cabf-4193-b2d7-4cc022075110">
      <UserInfo>
        <DisplayName/>
        <AccountId xsi:nil="true"/>
        <AccountType/>
      </UserInfo>
    </_ApprovalSentBy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F60EE72EE68A418CD27AAC5B63847D" ma:contentTypeVersion="20" ma:contentTypeDescription="Create a new document." ma:contentTypeScope="" ma:versionID="7fcdf5a92f9026c47cddebed5ad6ca3e">
  <xsd:schema xmlns:xsd="http://www.w3.org/2001/XMLSchema" xmlns:xs="http://www.w3.org/2001/XMLSchema" xmlns:p="http://schemas.microsoft.com/office/2006/metadata/properties" xmlns:ns2="54184f83-cabf-4193-b2d7-4cc022075110" xmlns:ns3="77ae21e5-31a6-408e-8bcf-cc7c2c457572" targetNamespace="http://schemas.microsoft.com/office/2006/metadata/properties" ma:root="true" ma:fieldsID="626263db7e11e27961a9f161f7ca951c" ns2:_="" ns3:_="">
    <xsd:import namespace="54184f83-cabf-4193-b2d7-4cc022075110"/>
    <xsd:import namespace="77ae21e5-31a6-408e-8bcf-cc7c2c4575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ServiceBillingMetadata" minOccurs="0"/>
                <xsd:element ref="ns2:MediaLengthInSeconds" minOccurs="0"/>
                <xsd:element ref="ns2:School" minOccurs="0"/>
                <xsd:element ref="ns2:Status" minOccurs="0"/>
                <xsd:element ref="ns2:_ApprovalAssignedTo" minOccurs="0"/>
                <xsd:element ref="ns2:_ApprovalRespondedBy" minOccurs="0"/>
                <xsd:element ref="ns2:_ApprovalSentBy" minOccurs="0"/>
                <xsd:element ref="ns2:_Approval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184f83-cabf-4193-b2d7-4cc022075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85113c5-7036-4ae5-b6c9-3bc4b8da47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School" ma:index="22" nillable="true" ma:displayName="School" ma:format="Dropdown" ma:internalName="School">
      <xsd:simpleType>
        <xsd:restriction base="dms:Choice">
          <xsd:enumeration value="Biological Sci"/>
          <xsd:enumeration value="Choice 2"/>
          <xsd:enumeration value="Choice 3"/>
        </xsd:restriction>
      </xsd:simpleType>
    </xsd:element>
    <xsd:element name="Status" ma:index="23" nillable="true" ma:displayName="Status" ma:format="Dropdown" ma:internalName="Status">
      <xsd:simpleType>
        <xsd:restriction base="dms:Choice">
          <xsd:enumeration value="Approved"/>
          <xsd:enumeration value="Changes approved"/>
          <xsd:enumeration value="Need more details"/>
          <xsd:enumeration value="Not approved"/>
        </xsd:restriction>
      </xsd:simpleType>
    </xsd:element>
    <xsd:element name="_ApprovalAssignedTo" ma:index="24" nillable="true" ma:displayName="Approvers" ma:list="UserInfo" ma:internalName="_ApprovalAssignedTo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RespondedBy" ma:index="25" nillable="true" ma:displayName="Responses" ma:list="UserInfo" ma:internalName="_ApprovalRespondedBy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entBy" ma:index="26" nillable="true" ma:displayName="Approval Creator" ma:list="UserInfo" ma:internalName="_ApprovalSentBy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tatus" ma:index="27" nillable="true" ma:displayName="Approval status" ma:internalName="_ApprovalStatu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ae21e5-31a6-408e-8bcf-cc7c2c45757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aeb8b69-f0d7-48b2-9e39-7a9269214e0a}" ma:internalName="TaxCatchAll" ma:showField="CatchAllData" ma:web="77ae21e5-31a6-408e-8bcf-cc7c2c45757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D1828BB-2A37-417F-ACB2-C01CBB3E5433}">
  <ds:schemaRefs>
    <ds:schemaRef ds:uri="http://schemas.microsoft.com/office/2006/metadata/properties"/>
    <ds:schemaRef ds:uri="http://schemas.microsoft.com/office/infopath/2007/PartnerControls"/>
    <ds:schemaRef ds:uri="54184f83-cabf-4193-b2d7-4cc022075110"/>
    <ds:schemaRef ds:uri="77ae21e5-31a6-408e-8bcf-cc7c2c457572"/>
  </ds:schemaRefs>
</ds:datastoreItem>
</file>

<file path=customXml/itemProps2.xml><?xml version="1.0" encoding="utf-8"?>
<ds:datastoreItem xmlns:ds="http://schemas.openxmlformats.org/officeDocument/2006/customXml" ds:itemID="{9E1B98C8-C14B-4647-95B0-CBDED295607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1FD0713-AD1C-4A8C-829A-6CAD157C15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184f83-cabf-4193-b2d7-4cc022075110"/>
    <ds:schemaRef ds:uri="77ae21e5-31a6-408e-8bcf-cc7c2c4575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729</Words>
  <Characters>3328</Characters>
  <Application>Microsoft Office Word</Application>
  <DocSecurity>0</DocSecurity>
  <Lines>114</Lines>
  <Paragraphs>106</Paragraphs>
  <ScaleCrop>false</ScaleCrop>
  <Manager/>
  <Company/>
  <LinksUpToDate>false</LinksUpToDate>
  <CharactersWithSpaces>3951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 Towler</dc:creator>
  <cp:keywords/>
  <dc:description>generated by python-docx</dc:description>
  <cp:lastModifiedBy>Lea Towler</cp:lastModifiedBy>
  <cp:revision>2</cp:revision>
  <dcterms:created xsi:type="dcterms:W3CDTF">2026-10-01T00:39:00Z</dcterms:created>
  <dcterms:modified xsi:type="dcterms:W3CDTF">2026-10-01T00:39:00Z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0x01010068F60EE72EE68A418CD27AAC5B63847D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